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61D9" w:rsidRDefault="004F61D9" w14:paraId="73949208" w14:textId="77777777">
      <w:pPr>
        <w:spacing w:after="240" w:line="240" w:lineRule="auto"/>
      </w:pPr>
    </w:p>
    <w:p w:rsidRPr="00DE64E0" w:rsidR="004F61D9" w:rsidRDefault="0051450E" w14:paraId="25B336AB" w14:textId="2104735F">
      <w:pPr>
        <w:rPr>
          <w:sz w:val="32"/>
          <w:szCs w:val="32"/>
          <w:lang w:val="sv-SE"/>
        </w:rPr>
      </w:pPr>
      <w:r w:rsidRPr="00DE64E0">
        <w:rPr>
          <w:b/>
          <w:sz w:val="32"/>
          <w:szCs w:val="32"/>
          <w:lang w:val="sv-SE"/>
        </w:rPr>
        <w:t>R</w:t>
      </w:r>
      <w:r w:rsidRPr="00DE64E0" w:rsidR="00901F97">
        <w:rPr>
          <w:b/>
          <w:sz w:val="32"/>
          <w:szCs w:val="32"/>
          <w:lang w:val="sv-SE"/>
        </w:rPr>
        <w:t xml:space="preserve">esebidrag </w:t>
      </w:r>
      <w:r w:rsidRPr="00DE64E0" w:rsidR="007D0C2F">
        <w:rPr>
          <w:b/>
          <w:sz w:val="32"/>
          <w:szCs w:val="32"/>
          <w:lang w:val="sv-SE"/>
        </w:rPr>
        <w:t xml:space="preserve">ansökan </w:t>
      </w:r>
      <w:r w:rsidRPr="00DE64E0" w:rsidR="00901F97">
        <w:rPr>
          <w:b/>
          <w:sz w:val="32"/>
          <w:szCs w:val="32"/>
          <w:lang w:val="sv-SE"/>
        </w:rPr>
        <w:t xml:space="preserve">för </w:t>
      </w:r>
      <w:r w:rsidRPr="00DE64E0">
        <w:rPr>
          <w:b/>
          <w:sz w:val="32"/>
          <w:szCs w:val="32"/>
          <w:lang w:val="sv-SE"/>
        </w:rPr>
        <w:t>Systemisk S</w:t>
      </w:r>
      <w:r w:rsidRPr="00DE64E0" w:rsidR="000B7C88">
        <w:rPr>
          <w:b/>
          <w:sz w:val="32"/>
          <w:szCs w:val="32"/>
          <w:lang w:val="sv-SE"/>
        </w:rPr>
        <w:t>k</w:t>
      </w:r>
      <w:r w:rsidRPr="00DE64E0">
        <w:rPr>
          <w:b/>
          <w:sz w:val="32"/>
          <w:szCs w:val="32"/>
          <w:lang w:val="sv-SE"/>
        </w:rPr>
        <w:t xml:space="preserve">leros konferens i Linköping </w:t>
      </w:r>
      <w:r w:rsidRPr="00DE64E0" w:rsidR="005B552D">
        <w:rPr>
          <w:b/>
          <w:sz w:val="32"/>
          <w:szCs w:val="32"/>
          <w:lang w:val="sv-SE"/>
        </w:rPr>
        <w:t>26/9 till 27/9 2026</w:t>
      </w:r>
      <w:r w:rsidRPr="00DE64E0" w:rsidR="00901F97">
        <w:rPr>
          <w:b/>
          <w:sz w:val="32"/>
          <w:szCs w:val="32"/>
          <w:lang w:val="sv-SE"/>
        </w:rPr>
        <w:t>.</w:t>
      </w:r>
    </w:p>
    <w:p w:rsidRPr="00267C14" w:rsidR="004F61D9" w:rsidRDefault="00901F97" w14:paraId="6744F80A" w14:textId="69F1927E">
      <w:pPr>
        <w:rPr>
          <w:sz w:val="28"/>
          <w:szCs w:val="28"/>
          <w:lang w:val="sv-SE"/>
        </w:rPr>
      </w:pPr>
      <w:r w:rsidRPr="00267C14">
        <w:rPr>
          <w:b/>
          <w:sz w:val="28"/>
          <w:szCs w:val="28"/>
          <w:lang w:val="sv-SE"/>
        </w:rPr>
        <w:t>Villkor för resebidrag</w:t>
      </w:r>
      <w:r w:rsidR="002B69F7">
        <w:rPr>
          <w:b/>
          <w:sz w:val="28"/>
          <w:szCs w:val="28"/>
          <w:lang w:val="sv-SE"/>
        </w:rPr>
        <w:t xml:space="preserve"> längst ner i dokumentet</w:t>
      </w:r>
      <w:r w:rsidRPr="00267C14">
        <w:rPr>
          <w:b/>
          <w:sz w:val="28"/>
          <w:szCs w:val="28"/>
          <w:lang w:val="sv-SE"/>
        </w:rPr>
        <w:t xml:space="preserve"> </w:t>
      </w:r>
    </w:p>
    <w:p w:rsidRPr="00267C14" w:rsidR="004F61D9" w:rsidRDefault="004F61D9" w14:paraId="5BEC8121" w14:textId="77777777">
      <w:pPr>
        <w:spacing w:after="320" w:line="240" w:lineRule="auto"/>
        <w:rPr>
          <w:sz w:val="28"/>
          <w:szCs w:val="28"/>
          <w:lang w:val="sv-SE"/>
        </w:rPr>
      </w:pPr>
    </w:p>
    <w:p w:rsidRPr="00267C14" w:rsidR="004F61D9" w:rsidRDefault="00901F97" w14:paraId="1B22C59A" w14:textId="59D2F70C">
      <w:pPr>
        <w:rPr>
          <w:sz w:val="28"/>
          <w:szCs w:val="28"/>
          <w:lang w:val="sv-SE"/>
        </w:rPr>
      </w:pPr>
      <w:r w:rsidRPr="00267C14">
        <w:rPr>
          <w:sz w:val="28"/>
          <w:szCs w:val="28"/>
          <w:lang w:val="sv-SE"/>
        </w:rPr>
        <w:t xml:space="preserve">Ansökan skickas till </w:t>
      </w:r>
      <w:r w:rsidRPr="00267C14" w:rsidR="000B750E">
        <w:rPr>
          <w:color w:val="008048"/>
          <w:sz w:val="28"/>
          <w:szCs w:val="28"/>
          <w:u w:val="single"/>
          <w:lang w:val="sv-SE"/>
        </w:rPr>
        <w:t>monika.ennerfelt@</w:t>
      </w:r>
      <w:r w:rsidRPr="00267C14" w:rsidR="00910FA7">
        <w:rPr>
          <w:color w:val="008048"/>
          <w:sz w:val="28"/>
          <w:szCs w:val="28"/>
          <w:u w:val="single"/>
          <w:lang w:val="sv-SE"/>
        </w:rPr>
        <w:t>reumatiker.se</w:t>
      </w:r>
      <w:r w:rsidRPr="00267C14">
        <w:rPr>
          <w:sz w:val="28"/>
          <w:szCs w:val="28"/>
          <w:lang w:val="sv-SE"/>
        </w:rPr>
        <w:t>, ange ”</w:t>
      </w:r>
      <w:r w:rsidRPr="00267C14" w:rsidR="00910FA7">
        <w:rPr>
          <w:sz w:val="28"/>
          <w:szCs w:val="28"/>
          <w:lang w:val="sv-SE"/>
        </w:rPr>
        <w:t>Reseb</w:t>
      </w:r>
      <w:r w:rsidRPr="00267C14">
        <w:rPr>
          <w:sz w:val="28"/>
          <w:szCs w:val="28"/>
          <w:lang w:val="sv-SE"/>
        </w:rPr>
        <w:t xml:space="preserve">idrag till </w:t>
      </w:r>
      <w:r w:rsidRPr="00267C14" w:rsidR="00910FA7">
        <w:rPr>
          <w:sz w:val="28"/>
          <w:szCs w:val="28"/>
          <w:lang w:val="sv-SE"/>
        </w:rPr>
        <w:t>konferens</w:t>
      </w:r>
      <w:r w:rsidRPr="00267C14">
        <w:rPr>
          <w:sz w:val="28"/>
          <w:szCs w:val="28"/>
          <w:lang w:val="sv-SE"/>
        </w:rPr>
        <w:t>” i ärendemeningen.</w:t>
      </w:r>
    </w:p>
    <w:p w:rsidRPr="00267C14" w:rsidR="004F61D9" w:rsidRDefault="004F61D9" w14:paraId="20036D07" w14:textId="77777777">
      <w:pPr>
        <w:spacing w:after="240" w:line="240" w:lineRule="auto"/>
        <w:rPr>
          <w:sz w:val="28"/>
          <w:szCs w:val="28"/>
          <w:lang w:val="sv-SE"/>
        </w:rPr>
      </w:pPr>
    </w:p>
    <w:p w:rsidRPr="00267C14" w:rsidR="004F61D9" w:rsidRDefault="00901F97" w14:paraId="3E7A7558" w14:textId="74074466">
      <w:pPr>
        <w:spacing w:after="40"/>
        <w:rPr>
          <w:sz w:val="28"/>
          <w:szCs w:val="28"/>
          <w:lang w:val="sv-SE"/>
        </w:rPr>
      </w:pPr>
      <w:r w:rsidRPr="00267C14">
        <w:rPr>
          <w:sz w:val="28"/>
          <w:szCs w:val="28"/>
          <w:lang w:val="sv-SE"/>
        </w:rPr>
        <w:t>Namn på ansökande</w:t>
      </w:r>
      <w:r w:rsidRPr="00267C14" w:rsidR="007D0C2F">
        <w:rPr>
          <w:sz w:val="28"/>
          <w:szCs w:val="28"/>
          <w:lang w:val="sv-SE"/>
        </w:rPr>
        <w:t xml:space="preserve"> och telefonnr och mailadress</w:t>
      </w:r>
      <w:r w:rsidRPr="00267C14">
        <w:rPr>
          <w:sz w:val="28"/>
          <w:szCs w:val="28"/>
          <w:lang w:val="sv-SE"/>
        </w:rPr>
        <w:t>:</w:t>
      </w:r>
    </w:p>
    <w:p w:rsidRPr="00267C14" w:rsidR="004F61D9" w:rsidRDefault="004F61D9" w14:paraId="1DEA4D6C" w14:textId="77777777">
      <w:pPr>
        <w:pBdr>
          <w:bottom w:val="single" w:color="000000" w:sz="6" w:space="1"/>
        </w:pBdr>
        <w:spacing w:after="420"/>
        <w:rPr>
          <w:sz w:val="28"/>
          <w:szCs w:val="28"/>
          <w:lang w:val="sv-SE"/>
        </w:rPr>
      </w:pPr>
    </w:p>
    <w:p w:rsidRPr="00267C14" w:rsidR="004F61D9" w:rsidRDefault="00901F97" w14:paraId="40A8E022" w14:textId="33277C1A">
      <w:pPr>
        <w:spacing w:after="40"/>
        <w:rPr>
          <w:sz w:val="28"/>
          <w:szCs w:val="28"/>
          <w:lang w:val="sv-SE"/>
        </w:rPr>
      </w:pPr>
      <w:r w:rsidRPr="4E918805" w:rsidR="00901F97">
        <w:rPr>
          <w:sz w:val="28"/>
          <w:szCs w:val="28"/>
          <w:lang w:val="sv-SE"/>
        </w:rPr>
        <w:t>Syftet med resan</w:t>
      </w:r>
      <w:r w:rsidRPr="4E918805" w:rsidR="54A1178A">
        <w:rPr>
          <w:sz w:val="28"/>
          <w:szCs w:val="28"/>
          <w:lang w:val="sv-SE"/>
        </w:rPr>
        <w:t>:</w:t>
      </w:r>
    </w:p>
    <w:p w:rsidRPr="00267C14" w:rsidR="004F61D9" w:rsidRDefault="009D58A1" w14:paraId="29AB3F29" w14:textId="45930BB9">
      <w:pPr>
        <w:pBdr>
          <w:bottom w:val="single" w:color="000000" w:sz="6" w:space="1"/>
        </w:pBdr>
        <w:spacing w:after="420"/>
        <w:rPr>
          <w:sz w:val="28"/>
          <w:szCs w:val="28"/>
          <w:lang w:val="sv-SE"/>
        </w:rPr>
      </w:pPr>
      <w:r w:rsidRPr="00267C14">
        <w:rPr>
          <w:sz w:val="28"/>
          <w:szCs w:val="28"/>
          <w:lang w:val="sv-SE"/>
        </w:rPr>
        <w:t>Systemisk S</w:t>
      </w:r>
      <w:r w:rsidRPr="00267C14" w:rsidR="000B7C88">
        <w:rPr>
          <w:sz w:val="28"/>
          <w:szCs w:val="28"/>
          <w:lang w:val="sv-SE"/>
        </w:rPr>
        <w:t>k</w:t>
      </w:r>
      <w:r w:rsidRPr="00267C14">
        <w:rPr>
          <w:sz w:val="28"/>
          <w:szCs w:val="28"/>
          <w:lang w:val="sv-SE"/>
        </w:rPr>
        <w:t>leros konferens</w:t>
      </w:r>
      <w:r w:rsidRPr="00267C14" w:rsidR="00C528AE">
        <w:rPr>
          <w:sz w:val="28"/>
          <w:szCs w:val="28"/>
          <w:lang w:val="sv-SE"/>
        </w:rPr>
        <w:t xml:space="preserve"> i Linköping</w:t>
      </w:r>
    </w:p>
    <w:p w:rsidRPr="00267C14" w:rsidR="004F61D9" w:rsidRDefault="00C528AE" w14:paraId="29A2D453" w14:textId="722B2A3F">
      <w:pPr>
        <w:spacing w:after="40"/>
        <w:rPr>
          <w:sz w:val="28"/>
          <w:szCs w:val="28"/>
          <w:lang w:val="sv-SE"/>
        </w:rPr>
      </w:pPr>
      <w:r w:rsidRPr="4E918805" w:rsidR="3EE8C793">
        <w:rPr>
          <w:sz w:val="28"/>
          <w:szCs w:val="28"/>
          <w:lang w:val="sv-SE"/>
        </w:rPr>
        <w:t>Belopp för resan</w:t>
      </w:r>
      <w:r w:rsidRPr="4E918805" w:rsidR="0B427AD5">
        <w:rPr>
          <w:sz w:val="28"/>
          <w:szCs w:val="28"/>
          <w:lang w:val="sv-SE"/>
        </w:rPr>
        <w:t xml:space="preserve"> </w:t>
      </w:r>
      <w:r w:rsidRPr="4E918805" w:rsidR="3EE8C793">
        <w:rPr>
          <w:sz w:val="28"/>
          <w:szCs w:val="28"/>
          <w:lang w:val="sv-SE"/>
        </w:rPr>
        <w:t>(</w:t>
      </w:r>
      <w:r w:rsidRPr="4E918805" w:rsidR="563FB41E">
        <w:rPr>
          <w:sz w:val="28"/>
          <w:szCs w:val="28"/>
          <w:lang w:val="sv-SE"/>
        </w:rPr>
        <w:t xml:space="preserve">måste </w:t>
      </w:r>
      <w:r w:rsidRPr="4E918805" w:rsidR="45D598C5">
        <w:rPr>
          <w:sz w:val="28"/>
          <w:szCs w:val="28"/>
          <w:lang w:val="sv-SE"/>
        </w:rPr>
        <w:t>överstiga 1000</w:t>
      </w:r>
      <w:r w:rsidRPr="4E918805" w:rsidR="2F9DED7F">
        <w:rPr>
          <w:sz w:val="28"/>
          <w:szCs w:val="28"/>
          <w:lang w:val="sv-SE"/>
        </w:rPr>
        <w:t xml:space="preserve"> kr</w:t>
      </w:r>
      <w:r w:rsidRPr="4E918805" w:rsidR="23449ED3">
        <w:rPr>
          <w:sz w:val="28"/>
          <w:szCs w:val="28"/>
          <w:lang w:val="sv-SE"/>
        </w:rPr>
        <w:t xml:space="preserve"> för att få bidrag</w:t>
      </w:r>
      <w:r w:rsidRPr="4E918805" w:rsidR="3EE8C793">
        <w:rPr>
          <w:sz w:val="28"/>
          <w:szCs w:val="28"/>
          <w:lang w:val="sv-SE"/>
        </w:rPr>
        <w:t>)</w:t>
      </w:r>
      <w:r w:rsidRPr="4E918805" w:rsidR="00901F97">
        <w:rPr>
          <w:sz w:val="28"/>
          <w:szCs w:val="28"/>
          <w:lang w:val="sv-SE"/>
        </w:rPr>
        <w:t>:</w:t>
      </w:r>
      <w:r w:rsidRPr="4E918805" w:rsidR="38AE0C8C">
        <w:rPr>
          <w:sz w:val="28"/>
          <w:szCs w:val="28"/>
          <w:lang w:val="sv-SE"/>
        </w:rPr>
        <w:t xml:space="preserve"> (bifoga kvitto)</w:t>
      </w:r>
    </w:p>
    <w:p w:rsidRPr="00267C14" w:rsidR="004F61D9" w:rsidRDefault="004F61D9" w14:paraId="66B8321E" w14:textId="678545FD">
      <w:pPr>
        <w:pBdr>
          <w:bottom w:val="single" w:color="000000" w:sz="6" w:space="1"/>
        </w:pBdr>
        <w:spacing w:after="420"/>
        <w:rPr>
          <w:sz w:val="28"/>
          <w:szCs w:val="28"/>
          <w:lang w:val="sv-SE"/>
        </w:rPr>
      </w:pPr>
    </w:p>
    <w:p w:rsidRPr="00267C14" w:rsidR="004F61D9" w:rsidRDefault="00901F97" w14:paraId="43678B0E" w14:textId="4C1DB9AE">
      <w:pPr>
        <w:spacing w:after="40"/>
        <w:rPr>
          <w:sz w:val="28"/>
          <w:szCs w:val="28"/>
          <w:lang w:val="sv-SE"/>
        </w:rPr>
      </w:pPr>
      <w:r w:rsidRPr="4E918805" w:rsidR="00901F97">
        <w:rPr>
          <w:sz w:val="28"/>
          <w:szCs w:val="28"/>
          <w:lang w:val="sv-SE"/>
        </w:rPr>
        <w:t>Res</w:t>
      </w:r>
      <w:r w:rsidRPr="4E918805" w:rsidR="3B402356">
        <w:rPr>
          <w:sz w:val="28"/>
          <w:szCs w:val="28"/>
          <w:lang w:val="sv-SE"/>
        </w:rPr>
        <w:t>a (tåg, buss eller bil)</w:t>
      </w:r>
      <w:r w:rsidRPr="4E918805" w:rsidR="314F89FF">
        <w:rPr>
          <w:sz w:val="28"/>
          <w:szCs w:val="28"/>
          <w:lang w:val="sv-SE"/>
        </w:rPr>
        <w:t>:</w:t>
      </w:r>
    </w:p>
    <w:p w:rsidRPr="00267C14" w:rsidR="004F61D9" w:rsidRDefault="004F61D9" w14:paraId="764E6FF9" w14:textId="77777777">
      <w:pPr>
        <w:pBdr>
          <w:bottom w:val="single" w:color="000000" w:sz="6" w:space="1"/>
        </w:pBdr>
        <w:spacing w:after="420"/>
        <w:rPr>
          <w:sz w:val="28"/>
          <w:szCs w:val="28"/>
          <w:lang w:val="sv-SE"/>
        </w:rPr>
      </w:pPr>
    </w:p>
    <w:p w:rsidRPr="00267C14" w:rsidR="004F61D9" w:rsidRDefault="0034210E" w14:paraId="3A2AA622" w14:textId="2F44F150">
      <w:pPr>
        <w:spacing w:after="40"/>
        <w:rPr>
          <w:sz w:val="28"/>
          <w:szCs w:val="28"/>
          <w:lang w:val="sv-SE"/>
        </w:rPr>
      </w:pPr>
      <w:r w:rsidRPr="4E918805" w:rsidR="2F9DED7F">
        <w:rPr>
          <w:sz w:val="28"/>
          <w:szCs w:val="28"/>
          <w:lang w:val="sv-SE"/>
        </w:rPr>
        <w:t>Bilersätting</w:t>
      </w:r>
      <w:r w:rsidRPr="4E918805" w:rsidR="586F6FF0">
        <w:rPr>
          <w:sz w:val="28"/>
          <w:szCs w:val="28"/>
          <w:lang w:val="sv-SE"/>
        </w:rPr>
        <w:t xml:space="preserve"> enligt </w:t>
      </w:r>
      <w:r w:rsidRPr="4E918805" w:rsidR="7393C1F5">
        <w:rPr>
          <w:sz w:val="28"/>
          <w:szCs w:val="28"/>
          <w:lang w:val="sv-SE"/>
        </w:rPr>
        <w:t>statlig norm 25 kr mil (an</w:t>
      </w:r>
      <w:r w:rsidRPr="4E918805" w:rsidR="1B5E0B7A">
        <w:rPr>
          <w:sz w:val="28"/>
          <w:szCs w:val="28"/>
          <w:lang w:val="sv-SE"/>
        </w:rPr>
        <w:t>ge total sträcka</w:t>
      </w:r>
      <w:r w:rsidRPr="4E918805" w:rsidR="64E5D0A4">
        <w:rPr>
          <w:sz w:val="28"/>
          <w:szCs w:val="28"/>
          <w:lang w:val="sv-SE"/>
        </w:rPr>
        <w:t xml:space="preserve">, ex från Stockholm </w:t>
      </w:r>
      <w:r w:rsidRPr="4E918805" w:rsidR="6A528C96">
        <w:rPr>
          <w:sz w:val="28"/>
          <w:szCs w:val="28"/>
          <w:lang w:val="sv-SE"/>
        </w:rPr>
        <w:t>–</w:t>
      </w:r>
      <w:r w:rsidRPr="4E918805" w:rsidR="64E5D0A4">
        <w:rPr>
          <w:sz w:val="28"/>
          <w:szCs w:val="28"/>
          <w:lang w:val="sv-SE"/>
        </w:rPr>
        <w:t xml:space="preserve"> Linköping</w:t>
      </w:r>
      <w:r w:rsidRPr="4E918805" w:rsidR="6A528C96">
        <w:rPr>
          <w:sz w:val="28"/>
          <w:szCs w:val="28"/>
          <w:lang w:val="sv-SE"/>
        </w:rPr>
        <w:t xml:space="preserve"> ca 40 mil </w:t>
      </w:r>
      <w:r w:rsidRPr="4E918805" w:rsidR="6A528C96">
        <w:rPr>
          <w:sz w:val="28"/>
          <w:szCs w:val="28"/>
          <w:lang w:val="sv-SE"/>
        </w:rPr>
        <w:t>tor</w:t>
      </w:r>
      <w:r w:rsidRPr="4E918805" w:rsidR="7393C1F5">
        <w:rPr>
          <w:sz w:val="28"/>
          <w:szCs w:val="28"/>
          <w:lang w:val="sv-SE"/>
        </w:rPr>
        <w:t>)</w:t>
      </w:r>
      <w:r w:rsidRPr="4E918805" w:rsidR="5F336842">
        <w:rPr>
          <w:sz w:val="28"/>
          <w:szCs w:val="28"/>
          <w:lang w:val="sv-SE"/>
        </w:rPr>
        <w:t>:</w:t>
      </w:r>
    </w:p>
    <w:p w:rsidRPr="00267C14" w:rsidR="004F61D9" w:rsidRDefault="004F61D9" w14:paraId="113437CD" w14:textId="77777777">
      <w:pPr>
        <w:pBdr>
          <w:bottom w:val="single" w:color="000000" w:sz="6" w:space="1"/>
        </w:pBdr>
        <w:spacing w:after="420"/>
        <w:rPr>
          <w:sz w:val="28"/>
          <w:szCs w:val="28"/>
          <w:lang w:val="sv-SE"/>
        </w:rPr>
      </w:pPr>
    </w:p>
    <w:p w:rsidRPr="00267C14" w:rsidR="004F61D9" w:rsidRDefault="00B12FCD" w14:paraId="1B4D77F6" w14:textId="22C40846">
      <w:pPr>
        <w:spacing w:after="40"/>
        <w:rPr>
          <w:sz w:val="28"/>
          <w:szCs w:val="28"/>
          <w:lang w:val="sv-SE"/>
        </w:rPr>
      </w:pPr>
      <w:r w:rsidRPr="00267C14">
        <w:rPr>
          <w:sz w:val="28"/>
          <w:szCs w:val="28"/>
          <w:lang w:val="sv-SE"/>
        </w:rPr>
        <w:t>Deltagarens</w:t>
      </w:r>
      <w:r w:rsidRPr="00267C14" w:rsidR="00901F97">
        <w:rPr>
          <w:sz w:val="28"/>
          <w:szCs w:val="28"/>
          <w:lang w:val="sv-SE"/>
        </w:rPr>
        <w:t xml:space="preserve"> kontonummer för utbetalning av bidrag (bg/pg-nummer eller bankkonto):</w:t>
      </w:r>
    </w:p>
    <w:p w:rsidRPr="00267C14" w:rsidR="004F61D9" w:rsidRDefault="004F61D9" w14:paraId="05FFCC99" w14:textId="77777777">
      <w:pPr>
        <w:pBdr>
          <w:bottom w:val="single" w:color="000000" w:sz="6" w:space="1"/>
        </w:pBdr>
        <w:spacing w:after="420"/>
        <w:rPr>
          <w:sz w:val="28"/>
          <w:szCs w:val="28"/>
          <w:lang w:val="sv-SE"/>
        </w:rPr>
      </w:pPr>
    </w:p>
    <w:p w:rsidRPr="00267C14" w:rsidR="004F61D9" w:rsidRDefault="004F61D9" w14:paraId="2580356C" w14:textId="77777777">
      <w:pPr>
        <w:spacing w:after="120" w:line="240" w:lineRule="auto"/>
        <w:rPr>
          <w:sz w:val="28"/>
          <w:szCs w:val="28"/>
        </w:rPr>
      </w:pPr>
    </w:p>
    <w:p w:rsidRPr="00267C14" w:rsidR="006878C6" w:rsidRDefault="006878C6" w14:paraId="337731CC" w14:textId="77777777">
      <w:pPr>
        <w:spacing w:after="120" w:line="240" w:lineRule="auto"/>
        <w:rPr>
          <w:sz w:val="28"/>
          <w:szCs w:val="28"/>
        </w:rPr>
      </w:pPr>
    </w:p>
    <w:p w:rsidRPr="00267C14" w:rsidR="004F61D9" w:rsidRDefault="00901F97" w14:paraId="428E4115" w14:textId="77777777">
      <w:pPr>
        <w:spacing w:after="40"/>
        <w:rPr>
          <w:sz w:val="28"/>
          <w:szCs w:val="28"/>
        </w:rPr>
      </w:pPr>
      <w:r w:rsidRPr="00267C14">
        <w:rPr>
          <w:sz w:val="28"/>
          <w:szCs w:val="28"/>
        </w:rPr>
        <w:t>Datum:</w:t>
      </w:r>
    </w:p>
    <w:p w:rsidRPr="00267C14" w:rsidR="004F61D9" w:rsidRDefault="004F61D9" w14:paraId="66639C17" w14:textId="77777777">
      <w:pPr>
        <w:pBdr>
          <w:bottom w:val="single" w:color="000000" w:sz="6" w:space="1"/>
        </w:pBdr>
        <w:rPr>
          <w:sz w:val="28"/>
          <w:szCs w:val="28"/>
        </w:rPr>
      </w:pPr>
    </w:p>
    <w:p w:rsidRPr="00267C14" w:rsidR="004F61D9" w:rsidRDefault="00901F97" w14:paraId="166819EA" w14:textId="77777777">
      <w:pPr>
        <w:rPr>
          <w:sz w:val="28"/>
          <w:szCs w:val="28"/>
          <w:lang w:val="sv-SE"/>
        </w:rPr>
      </w:pPr>
      <w:r w:rsidRPr="00267C14">
        <w:rPr>
          <w:sz w:val="28"/>
          <w:szCs w:val="28"/>
          <w:lang w:val="sv-SE"/>
        </w:rPr>
        <w:t>Härmed bekräftar jag riktigheten i lämnade uppgifter och att ansökan möter uppställda villkor</w:t>
      </w:r>
      <w:r w:rsidRPr="00267C14">
        <w:rPr>
          <w:sz w:val="28"/>
          <w:szCs w:val="28"/>
          <w:lang w:val="sv-SE"/>
        </w:rPr>
        <w:br/>
      </w:r>
      <w:r w:rsidRPr="00267C14">
        <w:rPr>
          <w:sz w:val="28"/>
          <w:szCs w:val="28"/>
          <w:lang w:val="sv-SE"/>
        </w:rPr>
        <w:t>enligt bilaga 1:</w:t>
      </w:r>
    </w:p>
    <w:p w:rsidRPr="00267C14" w:rsidR="004F61D9" w:rsidRDefault="00901F97" w14:paraId="32B6EDA4" w14:textId="7EBE1B80">
      <w:pPr>
        <w:spacing w:after="40"/>
        <w:rPr>
          <w:sz w:val="28"/>
          <w:szCs w:val="28"/>
          <w:lang w:val="sv-SE"/>
        </w:rPr>
      </w:pPr>
      <w:r w:rsidRPr="00267C14">
        <w:rPr>
          <w:sz w:val="28"/>
          <w:szCs w:val="28"/>
          <w:lang w:val="sv-SE"/>
        </w:rPr>
        <w:t xml:space="preserve">Underskrift (fysisk eller digital, om möjlighet finns) </w:t>
      </w:r>
    </w:p>
    <w:p w:rsidRPr="00267C14" w:rsidR="004F61D9" w:rsidRDefault="004F61D9" w14:paraId="2EC778EE" w14:textId="77777777">
      <w:pPr>
        <w:pBdr>
          <w:bottom w:val="single" w:color="000000" w:sz="6" w:space="1"/>
        </w:pBdr>
        <w:spacing w:after="160"/>
        <w:rPr>
          <w:sz w:val="28"/>
          <w:szCs w:val="28"/>
          <w:lang w:val="sv-SE"/>
        </w:rPr>
      </w:pPr>
    </w:p>
    <w:p w:rsidRPr="00267C14" w:rsidR="00C72090" w:rsidRDefault="00C72090" w14:paraId="7B7A2A3D" w14:textId="77777777">
      <w:pPr>
        <w:rPr>
          <w:sz w:val="28"/>
          <w:szCs w:val="28"/>
          <w:lang w:val="sv-SE"/>
        </w:rPr>
      </w:pPr>
    </w:p>
    <w:p w:rsidRPr="00267C14" w:rsidR="00C72090" w:rsidRDefault="00C72090" w14:paraId="34BB777F" w14:textId="77777777">
      <w:pPr>
        <w:rPr>
          <w:sz w:val="28"/>
          <w:szCs w:val="28"/>
          <w:lang w:val="sv-SE"/>
        </w:rPr>
      </w:pPr>
    </w:p>
    <w:p w:rsidRPr="00267C14" w:rsidR="00C72090" w:rsidP="00C72090" w:rsidRDefault="001D744F" w14:paraId="16E4194F" w14:textId="5545576B">
      <w:pPr>
        <w:pBdr>
          <w:bottom w:val="single" w:color="000000" w:sz="6" w:space="1"/>
        </w:pBdr>
        <w:spacing w:after="420"/>
        <w:rPr>
          <w:b/>
          <w:bCs/>
          <w:sz w:val="28"/>
          <w:szCs w:val="28"/>
          <w:lang w:val="sv-SE"/>
        </w:rPr>
      </w:pPr>
      <w:r w:rsidRPr="00267C14">
        <w:rPr>
          <w:b/>
          <w:bCs/>
          <w:sz w:val="28"/>
          <w:szCs w:val="28"/>
          <w:lang w:val="sv-SE"/>
        </w:rPr>
        <w:t>Fylls i av kassör</w:t>
      </w:r>
    </w:p>
    <w:p w:rsidRPr="00267C14" w:rsidR="00C72090" w:rsidP="00C72090" w:rsidRDefault="001D744F" w14:paraId="47AB9AD4" w14:textId="4D9E3957">
      <w:pPr>
        <w:spacing w:after="40"/>
        <w:rPr>
          <w:sz w:val="28"/>
          <w:szCs w:val="28"/>
          <w:lang w:val="sv-SE"/>
        </w:rPr>
      </w:pPr>
      <w:r w:rsidRPr="00267C14">
        <w:rPr>
          <w:sz w:val="28"/>
          <w:szCs w:val="28"/>
          <w:lang w:val="sv-SE"/>
        </w:rPr>
        <w:t>Medlemsnummer</w:t>
      </w:r>
      <w:r w:rsidRPr="00267C14" w:rsidR="00873008">
        <w:rPr>
          <w:sz w:val="28"/>
          <w:szCs w:val="28"/>
          <w:lang w:val="sv-SE"/>
        </w:rPr>
        <w:t xml:space="preserve"> och bekräftelse på deltagande i konferens</w:t>
      </w:r>
      <w:r w:rsidRPr="00267C14" w:rsidR="00C72090">
        <w:rPr>
          <w:sz w:val="28"/>
          <w:szCs w:val="28"/>
          <w:lang w:val="sv-SE"/>
        </w:rPr>
        <w:t>:</w:t>
      </w:r>
    </w:p>
    <w:p w:rsidRPr="00267C14" w:rsidR="00C72090" w:rsidP="00C72090" w:rsidRDefault="00C72090" w14:paraId="1D5F9A86" w14:textId="77777777">
      <w:pPr>
        <w:pBdr>
          <w:bottom w:val="single" w:color="000000" w:sz="6" w:space="1"/>
        </w:pBdr>
        <w:spacing w:after="420"/>
        <w:rPr>
          <w:sz w:val="28"/>
          <w:szCs w:val="28"/>
          <w:lang w:val="sv-SE"/>
        </w:rPr>
      </w:pPr>
    </w:p>
    <w:p w:rsidRPr="00267C14" w:rsidR="004F61D9" w:rsidRDefault="00901F97" w14:paraId="360CA191" w14:textId="63421B82">
      <w:pPr>
        <w:rPr>
          <w:sz w:val="28"/>
          <w:szCs w:val="28"/>
          <w:lang w:val="sv-SE"/>
        </w:rPr>
      </w:pPr>
      <w:r w:rsidRPr="00267C14">
        <w:rPr>
          <w:b/>
          <w:sz w:val="28"/>
          <w:szCs w:val="28"/>
          <w:lang w:val="sv-SE"/>
        </w:rPr>
        <w:t>Bilaga 1. Villkor för bidrag.</w:t>
      </w:r>
    </w:p>
    <w:p w:rsidRPr="00267C14" w:rsidR="004F61D9" w:rsidRDefault="00901F97" w14:paraId="1D9F0F32" w14:textId="4BA1DC86">
      <w:pPr>
        <w:spacing w:after="24" w:line="240" w:lineRule="auto"/>
        <w:ind w:left="510" w:hanging="312"/>
        <w:rPr>
          <w:sz w:val="28"/>
          <w:szCs w:val="28"/>
          <w:lang w:val="sv-SE"/>
        </w:rPr>
      </w:pPr>
      <w:r w:rsidRPr="4E918805" w:rsidR="00901F97">
        <w:rPr>
          <w:sz w:val="28"/>
          <w:szCs w:val="28"/>
          <w:lang w:val="sv-SE"/>
        </w:rPr>
        <w:t xml:space="preserve">1.  Resans syfte </w:t>
      </w:r>
      <w:r w:rsidRPr="4E918805" w:rsidR="008C5FA3">
        <w:rPr>
          <w:sz w:val="28"/>
          <w:szCs w:val="28"/>
          <w:lang w:val="sv-SE"/>
        </w:rPr>
        <w:t>är Systemisk S</w:t>
      </w:r>
      <w:r w:rsidRPr="4E918805" w:rsidR="000B7C88">
        <w:rPr>
          <w:sz w:val="28"/>
          <w:szCs w:val="28"/>
          <w:lang w:val="sv-SE"/>
        </w:rPr>
        <w:t>k</w:t>
      </w:r>
      <w:r w:rsidRPr="4E918805" w:rsidR="008C5FA3">
        <w:rPr>
          <w:sz w:val="28"/>
          <w:szCs w:val="28"/>
          <w:lang w:val="sv-SE"/>
        </w:rPr>
        <w:t>leros</w:t>
      </w:r>
      <w:r w:rsidRPr="4E918805" w:rsidR="00F57B4B">
        <w:rPr>
          <w:sz w:val="28"/>
          <w:szCs w:val="28"/>
          <w:lang w:val="sv-SE"/>
        </w:rPr>
        <w:t xml:space="preserve"> konferens</w:t>
      </w:r>
      <w:r w:rsidRPr="4E918805" w:rsidR="3D4CF236">
        <w:rPr>
          <w:sz w:val="28"/>
          <w:szCs w:val="28"/>
          <w:lang w:val="sv-SE"/>
        </w:rPr>
        <w:t>.</w:t>
      </w:r>
    </w:p>
    <w:p w:rsidRPr="00267C14" w:rsidR="004F61D9" w:rsidP="008C5FA3" w:rsidRDefault="00901F97" w14:paraId="529CEEE7" w14:textId="49742F06">
      <w:pPr>
        <w:spacing w:after="24" w:line="240" w:lineRule="auto"/>
        <w:ind w:left="510" w:hanging="312"/>
        <w:rPr>
          <w:sz w:val="28"/>
          <w:szCs w:val="28"/>
          <w:lang w:val="sv-SE"/>
        </w:rPr>
      </w:pPr>
      <w:r w:rsidRPr="00267C14">
        <w:rPr>
          <w:sz w:val="28"/>
          <w:szCs w:val="28"/>
          <w:lang w:val="sv-SE"/>
        </w:rPr>
        <w:t xml:space="preserve">2.  Alla resedeltagare måste vid ansökningstillfället och under resan vara medlemmar i </w:t>
      </w:r>
      <w:r w:rsidRPr="00267C14" w:rsidR="00DB6827">
        <w:rPr>
          <w:sz w:val="28"/>
          <w:szCs w:val="28"/>
          <w:lang w:val="sv-SE"/>
        </w:rPr>
        <w:t>Systemisk i S</w:t>
      </w:r>
      <w:r w:rsidRPr="00267C14" w:rsidR="00E81943">
        <w:rPr>
          <w:sz w:val="28"/>
          <w:szCs w:val="28"/>
          <w:lang w:val="sv-SE"/>
        </w:rPr>
        <w:t>k</w:t>
      </w:r>
      <w:r w:rsidRPr="00267C14" w:rsidR="00DB6827">
        <w:rPr>
          <w:sz w:val="28"/>
          <w:szCs w:val="28"/>
          <w:lang w:val="sv-SE"/>
        </w:rPr>
        <w:t>leros</w:t>
      </w:r>
      <w:r w:rsidRPr="00267C14">
        <w:rPr>
          <w:sz w:val="28"/>
          <w:szCs w:val="28"/>
          <w:lang w:val="sv-SE"/>
        </w:rPr>
        <w:t xml:space="preserve"> och ha betalat medlemsavgiften.</w:t>
      </w:r>
    </w:p>
    <w:p w:rsidRPr="00267C14" w:rsidR="004F61D9" w:rsidP="00B64B2A" w:rsidRDefault="00113D0B" w14:paraId="19C958B6" w14:textId="66F34B8D">
      <w:pPr>
        <w:spacing w:after="24" w:line="240" w:lineRule="auto"/>
        <w:ind w:left="510" w:hanging="312"/>
        <w:rPr>
          <w:sz w:val="28"/>
          <w:szCs w:val="28"/>
          <w:lang w:val="sv-SE"/>
        </w:rPr>
      </w:pPr>
      <w:r w:rsidRPr="4E918805" w:rsidR="00113D0B">
        <w:rPr>
          <w:sz w:val="28"/>
          <w:szCs w:val="28"/>
          <w:lang w:val="sv-SE"/>
        </w:rPr>
        <w:t>3</w:t>
      </w:r>
      <w:r w:rsidRPr="4E918805" w:rsidR="00901F97">
        <w:rPr>
          <w:sz w:val="28"/>
          <w:szCs w:val="28"/>
          <w:lang w:val="sv-SE"/>
        </w:rPr>
        <w:t xml:space="preserve">.  </w:t>
      </w:r>
      <w:r w:rsidRPr="4E918805" w:rsidR="00F57B4B">
        <w:rPr>
          <w:sz w:val="28"/>
          <w:szCs w:val="28"/>
          <w:lang w:val="sv-SE"/>
        </w:rPr>
        <w:t>Resebidraget summa är beslutat av styrelsen</w:t>
      </w:r>
      <w:r w:rsidRPr="4E918805" w:rsidR="272B4807">
        <w:rPr>
          <w:sz w:val="28"/>
          <w:szCs w:val="28"/>
          <w:lang w:val="sv-SE"/>
        </w:rPr>
        <w:t>.</w:t>
      </w:r>
      <w:r w:rsidRPr="4E918805" w:rsidR="00001315">
        <w:rPr>
          <w:sz w:val="28"/>
          <w:szCs w:val="28"/>
          <w:lang w:val="sv-SE"/>
        </w:rPr>
        <w:t xml:space="preserve"> </w:t>
      </w:r>
    </w:p>
    <w:p w:rsidRPr="00267C14" w:rsidR="004F61D9" w:rsidRDefault="00113D0B" w14:paraId="5C5CFA22" w14:textId="3522ABD4">
      <w:pPr>
        <w:spacing w:after="24" w:line="240" w:lineRule="auto"/>
        <w:ind w:left="510" w:hanging="312"/>
        <w:rPr>
          <w:sz w:val="28"/>
          <w:szCs w:val="28"/>
          <w:lang w:val="sv-SE"/>
        </w:rPr>
      </w:pPr>
      <w:r w:rsidRPr="00267C14">
        <w:rPr>
          <w:sz w:val="28"/>
          <w:szCs w:val="28"/>
          <w:lang w:val="sv-SE"/>
        </w:rPr>
        <w:t>4</w:t>
      </w:r>
      <w:r w:rsidRPr="00267C14" w:rsidR="00901F97">
        <w:rPr>
          <w:sz w:val="28"/>
          <w:szCs w:val="28"/>
          <w:lang w:val="sv-SE"/>
        </w:rPr>
        <w:t>.  För resan ansvarig</w:t>
      </w:r>
      <w:r w:rsidRPr="00267C14" w:rsidR="00B64B2A">
        <w:rPr>
          <w:sz w:val="28"/>
          <w:szCs w:val="28"/>
          <w:lang w:val="sv-SE"/>
        </w:rPr>
        <w:t xml:space="preserve"> kassör förbi</w:t>
      </w:r>
      <w:r w:rsidRPr="00267C14" w:rsidR="00901F97">
        <w:rPr>
          <w:sz w:val="28"/>
          <w:szCs w:val="28"/>
          <w:lang w:val="sv-SE"/>
        </w:rPr>
        <w:t xml:space="preserve">nder sig att gentemot resedeltagare, revisor och </w:t>
      </w:r>
      <w:r w:rsidRPr="00267C14" w:rsidR="00E81943">
        <w:rPr>
          <w:sz w:val="28"/>
          <w:szCs w:val="28"/>
          <w:lang w:val="sv-SE"/>
        </w:rPr>
        <w:t>Systemisk Skleros</w:t>
      </w:r>
      <w:r w:rsidRPr="00267C14" w:rsidR="00901F97">
        <w:rPr>
          <w:sz w:val="28"/>
          <w:szCs w:val="28"/>
          <w:lang w:val="sv-SE"/>
        </w:rPr>
        <w:t xml:space="preserve"> redovisa att och hur resebidraget kommit deltagarna tillgodo.</w:t>
      </w:r>
    </w:p>
    <w:p w:rsidRPr="00267C14" w:rsidR="004F61D9" w:rsidRDefault="00113D0B" w14:paraId="75F4D725" w14:textId="0064E9EA">
      <w:pPr>
        <w:spacing w:after="24" w:line="240" w:lineRule="auto"/>
        <w:ind w:left="510" w:hanging="312"/>
        <w:rPr>
          <w:sz w:val="28"/>
          <w:szCs w:val="28"/>
          <w:lang w:val="sv-SE"/>
        </w:rPr>
      </w:pPr>
      <w:r w:rsidRPr="00267C14">
        <w:rPr>
          <w:sz w:val="28"/>
          <w:szCs w:val="28"/>
          <w:lang w:val="sv-SE"/>
        </w:rPr>
        <w:t>5</w:t>
      </w:r>
      <w:r w:rsidRPr="00267C14" w:rsidR="00901F97">
        <w:rPr>
          <w:sz w:val="28"/>
          <w:szCs w:val="28"/>
          <w:lang w:val="sv-SE"/>
        </w:rPr>
        <w:t xml:space="preserve">.  Föreningen förbinder sig att låta föreningens revisor(er) efter genomförd resa, granska om villkoren för resebidraget har </w:t>
      </w:r>
      <w:r w:rsidRPr="00267C14" w:rsidR="00313155">
        <w:rPr>
          <w:sz w:val="28"/>
          <w:szCs w:val="28"/>
          <w:lang w:val="sv-SE"/>
        </w:rPr>
        <w:t>uppfyllts.</w:t>
      </w:r>
    </w:p>
    <w:p w:rsidRPr="00267C14" w:rsidR="004F61D9" w:rsidRDefault="00113D0B" w14:paraId="10469343" w14:textId="70CC3AB7">
      <w:pPr>
        <w:spacing w:after="80" w:line="240" w:lineRule="auto"/>
        <w:ind w:left="510" w:hanging="312"/>
        <w:rPr>
          <w:sz w:val="28"/>
          <w:szCs w:val="28"/>
          <w:lang w:val="sv-SE"/>
        </w:rPr>
      </w:pPr>
      <w:r w:rsidRPr="4E918805" w:rsidR="00113D0B">
        <w:rPr>
          <w:sz w:val="28"/>
          <w:szCs w:val="28"/>
          <w:lang w:val="sv-SE"/>
        </w:rPr>
        <w:t>6</w:t>
      </w:r>
      <w:r w:rsidRPr="4E918805" w:rsidR="00901F97">
        <w:rPr>
          <w:sz w:val="28"/>
          <w:szCs w:val="28"/>
          <w:lang w:val="sv-SE"/>
        </w:rPr>
        <w:t xml:space="preserve">.  Ansökningsperioden öppnar </w:t>
      </w:r>
      <w:r w:rsidRPr="4E918805" w:rsidR="00AA08EA">
        <w:rPr>
          <w:sz w:val="28"/>
          <w:szCs w:val="28"/>
          <w:lang w:val="sv-SE"/>
        </w:rPr>
        <w:t xml:space="preserve">efter genomförd </w:t>
      </w:r>
      <w:r w:rsidRPr="4E918805" w:rsidR="392F5541">
        <w:rPr>
          <w:sz w:val="28"/>
          <w:szCs w:val="28"/>
          <w:lang w:val="sv-SE"/>
        </w:rPr>
        <w:t>aktivitet</w:t>
      </w:r>
      <w:r w:rsidRPr="4E918805" w:rsidR="28CF2362">
        <w:rPr>
          <w:sz w:val="28"/>
          <w:szCs w:val="28"/>
          <w:lang w:val="sv-SE"/>
        </w:rPr>
        <w:t>.</w:t>
      </w:r>
    </w:p>
    <w:p w:rsidRPr="00267C14" w:rsidR="004F61D9" w:rsidRDefault="00113D0B" w14:paraId="7E8C2D47" w14:textId="6D4C3994">
      <w:pPr>
        <w:spacing w:after="80" w:line="240" w:lineRule="auto"/>
        <w:ind w:left="510" w:hanging="312"/>
        <w:rPr>
          <w:sz w:val="28"/>
          <w:szCs w:val="28"/>
          <w:lang w:val="sv-SE"/>
        </w:rPr>
      </w:pPr>
      <w:r w:rsidRPr="00267C14">
        <w:rPr>
          <w:sz w:val="28"/>
          <w:szCs w:val="28"/>
          <w:lang w:val="sv-SE"/>
        </w:rPr>
        <w:t>7</w:t>
      </w:r>
      <w:r w:rsidRPr="00267C14" w:rsidR="00901F97">
        <w:rPr>
          <w:sz w:val="28"/>
          <w:szCs w:val="28"/>
          <w:lang w:val="sv-SE"/>
        </w:rPr>
        <w:t>.  De finansiella medlen under 2026 är begränsade</w:t>
      </w:r>
      <w:r w:rsidRPr="00267C14" w:rsidR="00AA08EA">
        <w:rPr>
          <w:sz w:val="28"/>
          <w:szCs w:val="28"/>
          <w:lang w:val="sv-SE"/>
        </w:rPr>
        <w:t xml:space="preserve"> och </w:t>
      </w:r>
      <w:r w:rsidRPr="00267C14" w:rsidR="00313155">
        <w:rPr>
          <w:sz w:val="28"/>
          <w:szCs w:val="28"/>
          <w:lang w:val="sv-SE"/>
        </w:rPr>
        <w:t>maxbelopp</w:t>
      </w:r>
      <w:r w:rsidRPr="00267C14" w:rsidR="00E078F5">
        <w:rPr>
          <w:sz w:val="28"/>
          <w:szCs w:val="28"/>
          <w:lang w:val="sv-SE"/>
        </w:rPr>
        <w:t xml:space="preserve"> är bestämd av föreningen</w:t>
      </w:r>
    </w:p>
    <w:p w:rsidRPr="00267C14" w:rsidR="004F61D9" w:rsidRDefault="00113D0B" w14:paraId="62B208FB" w14:textId="548EF1AE">
      <w:pPr>
        <w:spacing w:after="80" w:line="240" w:lineRule="auto"/>
        <w:ind w:left="510" w:hanging="312"/>
        <w:rPr>
          <w:sz w:val="28"/>
          <w:szCs w:val="28"/>
          <w:lang w:val="sv-SE"/>
        </w:rPr>
      </w:pPr>
      <w:r w:rsidRPr="4E918805" w:rsidR="00113D0B">
        <w:rPr>
          <w:sz w:val="28"/>
          <w:szCs w:val="28"/>
          <w:lang w:val="sv-SE"/>
        </w:rPr>
        <w:t>8</w:t>
      </w:r>
      <w:r w:rsidRPr="4E918805" w:rsidR="00901F97">
        <w:rPr>
          <w:sz w:val="28"/>
          <w:szCs w:val="28"/>
          <w:lang w:val="sv-SE"/>
        </w:rPr>
        <w:t>.  Beviljat bidrag utbetalas</w:t>
      </w:r>
      <w:r w:rsidRPr="4E918805" w:rsidR="00E078F5">
        <w:rPr>
          <w:sz w:val="28"/>
          <w:szCs w:val="28"/>
          <w:lang w:val="sv-SE"/>
        </w:rPr>
        <w:t xml:space="preserve"> efter </w:t>
      </w:r>
      <w:r w:rsidRPr="4E918805" w:rsidR="009A13E5">
        <w:rPr>
          <w:sz w:val="28"/>
          <w:szCs w:val="28"/>
          <w:lang w:val="sv-SE"/>
        </w:rPr>
        <w:t>konferensen</w:t>
      </w:r>
      <w:r w:rsidRPr="4E918805" w:rsidR="2C0CE71A">
        <w:rPr>
          <w:sz w:val="28"/>
          <w:szCs w:val="28"/>
          <w:lang w:val="sv-SE"/>
        </w:rPr>
        <w:t>,</w:t>
      </w:r>
      <w:r w:rsidRPr="4E918805" w:rsidR="009A13E5">
        <w:rPr>
          <w:sz w:val="28"/>
          <w:szCs w:val="28"/>
          <w:lang w:val="sv-SE"/>
        </w:rPr>
        <w:t xml:space="preserve"> bifogat kvitto och ansökan är inskickat till kass</w:t>
      </w:r>
      <w:r w:rsidRPr="4E918805" w:rsidR="00C72090">
        <w:rPr>
          <w:sz w:val="28"/>
          <w:szCs w:val="28"/>
          <w:lang w:val="sv-SE"/>
        </w:rPr>
        <w:t>ör</w:t>
      </w:r>
    </w:p>
    <w:p w:rsidRPr="00267C14" w:rsidR="004F61D9" w:rsidRDefault="004F61D9" w14:paraId="630F7FB1" w14:textId="77777777">
      <w:pPr>
        <w:spacing w:after="360" w:line="240" w:lineRule="auto"/>
        <w:rPr>
          <w:sz w:val="28"/>
          <w:szCs w:val="28"/>
          <w:lang w:val="sv-SE"/>
        </w:rPr>
      </w:pPr>
    </w:p>
    <w:p w:rsidRPr="00267C14" w:rsidR="004F61D9" w:rsidRDefault="00901F97" w14:paraId="1C6925A4" w14:textId="77777777">
      <w:pPr>
        <w:rPr>
          <w:sz w:val="28"/>
          <w:szCs w:val="28"/>
          <w:lang w:val="sv-SE"/>
        </w:rPr>
      </w:pPr>
      <w:r w:rsidRPr="00267C14">
        <w:rPr>
          <w:sz w:val="28"/>
          <w:szCs w:val="28"/>
          <w:lang w:val="sv-SE"/>
        </w:rPr>
        <w:t>Se till att spara alla relevanta kvitton på ett lättåtkomligt sätt för revisorn att granska.</w:t>
      </w:r>
    </w:p>
    <w:sectPr w:rsidRPr="00267C14" w:rsidR="004F61D9" w:rsidSect="00034616">
      <w:footerReference w:type="default" r:id="rId8"/>
      <w:footerReference w:type="first" r:id="rId9"/>
      <w:pgSz w:w="11906" w:h="16838" w:orient="portrait"/>
      <w:pgMar w:top="1049" w:right="1332" w:bottom="709" w:left="133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32C9" w:rsidRDefault="003832C9" w14:paraId="2C60B19C" w14:textId="77777777">
      <w:pPr>
        <w:spacing w:after="0" w:line="240" w:lineRule="auto"/>
      </w:pPr>
      <w:r>
        <w:separator/>
      </w:r>
    </w:p>
  </w:endnote>
  <w:endnote w:type="continuationSeparator" w:id="0">
    <w:p w:rsidR="003832C9" w:rsidRDefault="003832C9" w14:paraId="1FE270C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61D9" w:rsidRDefault="00901F97" w14:paraId="2A05414D" w14:textId="77777777">
    <w:pPr>
      <w:pStyle w:val="Footer"/>
      <w:jc w:val="right"/>
    </w:pPr>
    <w:r>
      <w:rPr>
        <w:sz w:val="16"/>
      </w:rPr>
      <w:t>V 2026</w:t>
    </w:r>
    <w:r>
      <w:t xml:space="preserve">    </w:t>
    </w:r>
    <w:r>
      <w:fldChar w:fldCharType="begin"/>
    </w:r>
    <w:r>
      <w:instrText>PAGE</w:instrText>
    </w:r>
    <w:r>
      <w:fldChar w:fldCharType="separate"/>
    </w:r>
    <w:r w:rsidR="005112D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61D9" w:rsidRDefault="004F61D9" w14:paraId="6F6F81E3" w14:textId="77777777">
    <w:pPr>
      <w:pStyle w:val="Footer"/>
    </w:pPr>
  </w:p>
  <w:p w:rsidR="004F61D9" w:rsidRDefault="00901F97" w14:paraId="3F52D47A" w14:textId="77777777">
    <w:pPr>
      <w:jc w:val="right"/>
    </w:pPr>
    <w:r>
      <w:rPr>
        <w:sz w:val="14"/>
      </w:rPr>
      <w:t>V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32C9" w:rsidRDefault="003832C9" w14:paraId="187AED43" w14:textId="77777777">
      <w:pPr>
        <w:spacing w:after="0" w:line="240" w:lineRule="auto"/>
      </w:pPr>
      <w:r>
        <w:separator/>
      </w:r>
    </w:p>
  </w:footnote>
  <w:footnote w:type="continuationSeparator" w:id="0">
    <w:p w:rsidR="003832C9" w:rsidRDefault="003832C9" w14:paraId="1DDD4E67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396561111">
    <w:abstractNumId w:val="8"/>
  </w:num>
  <w:num w:numId="2" w16cid:durableId="161747168">
    <w:abstractNumId w:val="6"/>
  </w:num>
  <w:num w:numId="3" w16cid:durableId="1131050694">
    <w:abstractNumId w:val="5"/>
  </w:num>
  <w:num w:numId="4" w16cid:durableId="1024281114">
    <w:abstractNumId w:val="4"/>
  </w:num>
  <w:num w:numId="5" w16cid:durableId="1805846997">
    <w:abstractNumId w:val="7"/>
  </w:num>
  <w:num w:numId="6" w16cid:durableId="563369509">
    <w:abstractNumId w:val="3"/>
  </w:num>
  <w:num w:numId="7" w16cid:durableId="760025468">
    <w:abstractNumId w:val="2"/>
  </w:num>
  <w:num w:numId="8" w16cid:durableId="1228569228">
    <w:abstractNumId w:val="1"/>
  </w:num>
  <w:num w:numId="9" w16cid:durableId="74055926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5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315"/>
    <w:rsid w:val="00011A59"/>
    <w:rsid w:val="00034616"/>
    <w:rsid w:val="0006063C"/>
    <w:rsid w:val="000B750E"/>
    <w:rsid w:val="000B7C88"/>
    <w:rsid w:val="00113D0B"/>
    <w:rsid w:val="0015074B"/>
    <w:rsid w:val="00186A0C"/>
    <w:rsid w:val="0019251D"/>
    <w:rsid w:val="001D744F"/>
    <w:rsid w:val="00267C14"/>
    <w:rsid w:val="002863FC"/>
    <w:rsid w:val="002871EC"/>
    <w:rsid w:val="002916CD"/>
    <w:rsid w:val="0029639D"/>
    <w:rsid w:val="002B69F7"/>
    <w:rsid w:val="002E2779"/>
    <w:rsid w:val="00305B93"/>
    <w:rsid w:val="00313155"/>
    <w:rsid w:val="00325E4A"/>
    <w:rsid w:val="00326F90"/>
    <w:rsid w:val="0034210E"/>
    <w:rsid w:val="003507E0"/>
    <w:rsid w:val="00354E7E"/>
    <w:rsid w:val="00376275"/>
    <w:rsid w:val="003832C9"/>
    <w:rsid w:val="003855A8"/>
    <w:rsid w:val="003D242A"/>
    <w:rsid w:val="0043137E"/>
    <w:rsid w:val="00485941"/>
    <w:rsid w:val="004F61D9"/>
    <w:rsid w:val="005112D3"/>
    <w:rsid w:val="0051450E"/>
    <w:rsid w:val="005B32A3"/>
    <w:rsid w:val="005B552D"/>
    <w:rsid w:val="00607C79"/>
    <w:rsid w:val="006878C6"/>
    <w:rsid w:val="006B71BA"/>
    <w:rsid w:val="00795124"/>
    <w:rsid w:val="007A400A"/>
    <w:rsid w:val="007D0C2F"/>
    <w:rsid w:val="007F5CAA"/>
    <w:rsid w:val="00873008"/>
    <w:rsid w:val="00875E34"/>
    <w:rsid w:val="008C5FA3"/>
    <w:rsid w:val="00901F97"/>
    <w:rsid w:val="00910FA7"/>
    <w:rsid w:val="00996EB1"/>
    <w:rsid w:val="009A13E5"/>
    <w:rsid w:val="009B77DD"/>
    <w:rsid w:val="009D58A1"/>
    <w:rsid w:val="00A133CB"/>
    <w:rsid w:val="00A2362E"/>
    <w:rsid w:val="00A6786F"/>
    <w:rsid w:val="00A87E4C"/>
    <w:rsid w:val="00AA08EA"/>
    <w:rsid w:val="00AA1D8D"/>
    <w:rsid w:val="00AA24D9"/>
    <w:rsid w:val="00AD2FD4"/>
    <w:rsid w:val="00B12FCD"/>
    <w:rsid w:val="00B33CE1"/>
    <w:rsid w:val="00B47730"/>
    <w:rsid w:val="00B64B2A"/>
    <w:rsid w:val="00C528AE"/>
    <w:rsid w:val="00C72090"/>
    <w:rsid w:val="00C77CAC"/>
    <w:rsid w:val="00C9561C"/>
    <w:rsid w:val="00C96E7C"/>
    <w:rsid w:val="00CB0664"/>
    <w:rsid w:val="00CF4039"/>
    <w:rsid w:val="00CF6277"/>
    <w:rsid w:val="00D27C4F"/>
    <w:rsid w:val="00DB6827"/>
    <w:rsid w:val="00DE64E0"/>
    <w:rsid w:val="00E078F5"/>
    <w:rsid w:val="00E81943"/>
    <w:rsid w:val="00F33368"/>
    <w:rsid w:val="00F570E5"/>
    <w:rsid w:val="00F57B4B"/>
    <w:rsid w:val="00FC0046"/>
    <w:rsid w:val="00FC693F"/>
    <w:rsid w:val="0B427AD5"/>
    <w:rsid w:val="1B5E0B7A"/>
    <w:rsid w:val="23449ED3"/>
    <w:rsid w:val="272B4807"/>
    <w:rsid w:val="28CF2362"/>
    <w:rsid w:val="2C0CE71A"/>
    <w:rsid w:val="2F9DED7F"/>
    <w:rsid w:val="314F89FF"/>
    <w:rsid w:val="38AE0C8C"/>
    <w:rsid w:val="392F5541"/>
    <w:rsid w:val="3B402356"/>
    <w:rsid w:val="3D4CF236"/>
    <w:rsid w:val="3EE8C793"/>
    <w:rsid w:val="45D598C5"/>
    <w:rsid w:val="4C9D420F"/>
    <w:rsid w:val="4E918805"/>
    <w:rsid w:val="54A1178A"/>
    <w:rsid w:val="563FB41E"/>
    <w:rsid w:val="586F6FF0"/>
    <w:rsid w:val="5F336842"/>
    <w:rsid w:val="5F9EEB8E"/>
    <w:rsid w:val="64E5D0A4"/>
    <w:rsid w:val="6A528C96"/>
    <w:rsid w:val="7393C1F5"/>
    <w:rsid w:val="7827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4C1722"/>
  <w14:defaultImageDpi w14:val="300"/>
  <w15:docId w15:val="{F617D696-6DAA-4AC7-85E8-9A541CCB284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rPr>
      <w:rFonts w:ascii="Arial" w:hAnsi="Arial" w:eastAsia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2e84ceb-fbfd-47ab-be52-080c6b87953f}" enabled="0" method="" siteId="{92e84ceb-fbfd-47ab-be52-080c6b87953f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Monika Ennerfelt</dc:creator>
  <keywords/>
  <dc:description>generated by python-docx</dc:description>
  <lastModifiedBy>Carolina  Johansson</lastModifiedBy>
  <revision>58</revision>
  <dcterms:created xsi:type="dcterms:W3CDTF">2026-08-08T08:15:00.0000000Z</dcterms:created>
  <dcterms:modified xsi:type="dcterms:W3CDTF">2026-08-10T15:06:35.3122294Z</dcterms:modified>
  <category/>
</coreProperties>
</file>